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D3A"/>
          <w:sz w:val="32"/>
        </w:rPr>
        <w:t>INVOICE</w:t>
      </w:r>
    </w:p>
    <w:p>
      <w:r>
        <w:rPr>
          <w:i/>
        </w:rPr>
        <w:t>Pest control service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From (company, address, phone)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Business license no.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Bill to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Service address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Invoice no. / date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Due</w:t>
            </w:r>
          </w:p>
        </w:tc>
        <w:tc>
          <w:tcPr>
            <w:tcW w:type="dxa" w:w="6768"/>
          </w:tcPr>
          <w:p>
            <w:r>
              <w:t>On receipt / Net ____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1419"/>
          </w:tcPr>
          <w:p>
            <w:r>
              <w:rPr>
                <w:b/>
              </w:rPr>
              <w:t>Date</w:t>
            </w:r>
          </w:p>
        </w:tc>
        <w:tc>
          <w:tcPr>
            <w:tcW w:type="dxa" w:w="5678"/>
          </w:tcPr>
          <w:p>
            <w:r>
              <w:rPr>
                <w:b/>
              </w:rPr>
              <w:t>Service</w:t>
            </w:r>
          </w:p>
        </w:tc>
        <w:tc>
          <w:tcPr>
            <w:tcW w:type="dxa" w:w="1419"/>
          </w:tcPr>
          <w:p>
            <w:r>
              <w:rPr>
                <w:b/>
              </w:rPr>
              <w:t>Visit (x of y)</w:t>
            </w:r>
          </w:p>
        </w:tc>
        <w:tc>
          <w:tcPr>
            <w:tcW w:type="dxa" w:w="1419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1419"/>
          </w:tcPr>
          <w:p>
            <w:r/>
          </w:p>
        </w:tc>
        <w:tc>
          <w:tcPr>
            <w:tcW w:type="dxa" w:w="5678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</w:tr>
      <w:tr>
        <w:tc>
          <w:tcPr>
            <w:tcW w:type="dxa" w:w="1419"/>
          </w:tcPr>
          <w:p>
            <w:r/>
          </w:p>
        </w:tc>
        <w:tc>
          <w:tcPr>
            <w:tcW w:type="dxa" w:w="5678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</w:tr>
      <w:tr>
        <w:tc>
          <w:tcPr>
            <w:tcW w:type="dxa" w:w="1419"/>
          </w:tcPr>
          <w:p>
            <w:r/>
          </w:p>
        </w:tc>
        <w:tc>
          <w:tcPr>
            <w:tcW w:type="dxa" w:w="5678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</w:tr>
      <w:tr>
        <w:tc>
          <w:tcPr>
            <w:tcW w:type="dxa" w:w="1419"/>
          </w:tcPr>
          <w:p>
            <w:r/>
          </w:p>
        </w:tc>
        <w:tc>
          <w:tcPr>
            <w:tcW w:type="dxa" w:w="5678"/>
          </w:tcPr>
          <w:p>
            <w:r>
              <w:t>Subtotal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</w:tr>
      <w:tr>
        <w:tc>
          <w:tcPr>
            <w:tcW w:type="dxa" w:w="1419"/>
          </w:tcPr>
          <w:p>
            <w:r/>
          </w:p>
        </w:tc>
        <w:tc>
          <w:tcPr>
            <w:tcW w:type="dxa" w:w="5678"/>
          </w:tcPr>
          <w:p>
            <w:r>
              <w:t>Tax (if your state taxes pest control)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</w:tr>
      <w:tr>
        <w:tc>
          <w:tcPr>
            <w:tcW w:type="dxa" w:w="1419"/>
          </w:tcPr>
          <w:p>
            <w:r/>
          </w:p>
        </w:tc>
        <w:tc>
          <w:tcPr>
            <w:tcW w:type="dxa" w:w="5678"/>
          </w:tcPr>
          <w:p>
            <w:r>
              <w:t>TOTAL DUE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Technician (name, license / cert no.)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Products applied</w:t>
            </w:r>
          </w:p>
        </w:tc>
        <w:tc>
          <w:tcPr>
            <w:tcW w:type="dxa" w:w="6768"/>
          </w:tcPr>
          <w:p>
            <w:r>
              <w:t>See attached service report (product, EPA reg. no., amount)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Pay by</w:t>
            </w:r>
          </w:p>
        </w:tc>
        <w:tc>
          <w:tcPr>
            <w:tcW w:type="dxa" w:w="6768"/>
          </w:tcPr>
          <w:p>
            <w:r>
              <w:t>Card on file / payment link / check payable to ________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Next service window</w:t>
            </w:r>
          </w:p>
        </w:tc>
        <w:tc>
          <w:tcPr>
            <w:tcW w:type="dxa" w:w="6768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PestRouteDesk (pestroutedesk.com).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